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לקניות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כסף, עודף וקבלות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הנחות באחוזים ומחיר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קניות במסגרת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המחיר של פריט אחד בתוך אריזה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רשימה שנבדקת שלא עוברים סכום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עודף הוא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הנחה מורידה את 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רואים מה באמת משתלם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קבלה מראה מה קנינו וכמה שילמנו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לבדוק מחיר ליחידה ולא רק מחיר 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(כסף שמחזירים לקונה)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(הורדה במחיר)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(כמות כסף לקנייה)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(מסמך על הקנייה)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(מחיר של פריט בודד)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 לפני שמחליטים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מדברים עם עצמנו על מה שבאמת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התקציב 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וקונים בצורה מחושבת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מחסרים את מחיר המוצר מהסכום ששילמנו, וכך מקבלים את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שתי אריזות שונות בגודל, ובודקים כמה עולה כל יחידה בכל אריזה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= סכום ששולם פחות מחיר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 ליחידה הוא מחיר פריט בודד, עוזר להשוות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נושמים, מדברים עם עצמנו ומחליטים בתשומת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בכסף אמיתי או מודפס להמחשת התשלום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- אחד קונה ואחד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שאלות עם skip_n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לקניות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קניות בחנות: תשלום בכסף, חישוב עודף, השוואת מחירים והבנת מבצעים והנחות.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 מוצר ב-35 ₪ ושילמת בשטר של 50 ₪, כמה עודף תקבלו?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מוצר שעלה 80 ₪ קיבל הנחה של 25%, כמה חוסכים?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'מחיר ליחידה'?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הכולל של כל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של פריט אחד בתוך 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אחרי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עם 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דרך תשלום מוזכרת בדף לצד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העברה בנקאית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שובר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להשתמש בשיטת 'עש״ן ד״ק'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הגעה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כשחוזרים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רשימת קניות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רשימה של כל המוצרים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רשימה שנבדקת שלא עוברים סכום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רשימה של מוצרים יקרים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של קבלות ישנות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שהקונה משלם על המוצר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גורמת למחיר המוצר לרדת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מוצרים באריזות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היא תעודת זהות של הקונה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כדאי לקנות את המוצר הכי זול בלי לבדוק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שילמנו יותר ממחיר המוצר, מקבלים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שהמחיר שלו ירד נקרא מוצר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כמה כסף יש לנו להוציא, בודקים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הנייר שמקבלים אחרי התשלום בחנות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להשוות שני מוצרים באריזות שונות בודקים את המחיר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הורדה במחיר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כמות כסף לקנייה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מחיר של פריט בודד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שמחזירים לקונה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מסמך על הקנייה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עם עצמנו על מה שבאמת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וקונים בצורה מחושבת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התקציב 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לפני שמחליטים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מחשבים עודף בחנות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מחיר ליחידה עוזר לבחור מוצר חכם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עודף וכיצד מחשבים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מחיר כולל למחיר ליחידה?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לפי 'עש״ן ד״ק'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לקניות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