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לקניות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 כסף, עודף וקבלות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הנחות באחוזים ומחיר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קניות במסגרת 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20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המחיר של פריט אחד בתוך אריזה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לפני שקונים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רשימה שנבדקת שלא עוברים סכום מסוים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עודף הוא הכסף שמחזירים אחרי התשלום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הנחה מורידה את המחיר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רואים מה באמת משתלם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קבלה מראה מה קנינו וכמה שילמנו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צריך לבדוק מחיר ליחידה ולא רק מחיר כולל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(כסף שמחזירים לקונה)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(הורדה במחיר)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(כמות כסף לקנייה)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(מסמך על הקנייה)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(מחיר של פריט בודד)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– לפני שקונים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לרגע לפני שמחליטים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נושמים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מדברים עם עצמנו על מה שבאמת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את התקציב שיש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וקונים בצורה מחושבת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מחסרים את מחיר המוצר מהסכום ששילמנו, וכך מקבלים את העודף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שתי אריזות שונות בגודל, ובודקים כמה עולה כל יחידה בכל אריזה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 = סכום ששולם פחות מחיר המוצר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מחיר ליחידה הוא מחיר פריט בודד, עוזר להשוות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נושמים, מדברים עם עצמנו ומחליטים בתשומת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בכסף אמיתי או מודפס להמחשת התשלום והעודף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- אחד קונה ואחד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שאלות עם skip_n ולהתמקד בבסיס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לקניות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לקנות בחנות. בודקים כסף, עודף, מחיר והנחה.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עודף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שמחזירים לקונה אחרי התשלום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הורדה במחיר של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 (%)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להראות חלק ממאה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ליחידה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עולה יחידה אחת של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הכסף שיש לנו לקנייה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נייר שמראה מה קנינו וכמה שילמנו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תוספת כסף שמשולמת על קניות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הצעה מיוחדת לקנייה במחיר נמוך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שילמת 50, המוצר עלה 35, כמה נשאר?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25 אחוז מ-80, כמה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למחיר של פריט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הכולל של כל האריזה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המחיר של פריט אחד בתוך 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אחרי 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המחיר עם מע״מ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עוד אפשר לשלם חוץ ממזומן?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העברה בנקאית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שובר 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עוצרים וחושבים לפני 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הקנייה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שקונים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בזמן הגעה לקופה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כשחוזרים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המטרה של רשימה עם תקציב?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רשימה של כל המוצרים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רשימה שנבדקת שלא עוברים סכום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רשימה של מוצרים יקרים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רשימה של קבלות ישנות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הוא הכסף שהקונה משלם על המוצר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הנחה גורמת למחיר המוצר לרדת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ליחידה עוזר להשוות בין מוצרים באריזות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קבלה היא תעודת זהות של הקונה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תמיד כדאי לקנות את המוצר הכי זול בלי לבדוק 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שילמנו יותר ממחיר המוצר, מקבלים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מוצר שהמחיר שלו ירד נקרא מוצר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לדעת כמה כסף יש לנו להוציא, בודקים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הנייר שמקבלים אחרי התשלום בחנות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להשוות שני מוצרים באריזות שונות בודקים את המחיר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מחיר של פריט בודד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כסף שמחזירים לקונה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הורדה במחיר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כמות כסף לקנייה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מסמך על הקנייה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שלבים – לפני שקונים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עמוק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מדברים עם עצמנו על מה שבאמת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וקונים בצורה מחושבת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לרגע לפני שמחליטים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את התקציב שיש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איך מחשבים עודף בחנות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למצב שבו מחיר ליחידה עוזר לבחור מוצר חכם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עודף וכיצד מחשבים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מחיר כולל למחיר ליחידה?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לפי 'עש״ן ד״ק' לפני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לקניות –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