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לקניות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כסף, עודף וקבלות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הנחות באחוזים ומחיר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קניות במסגרת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המחיר של פריט אחד בתוך אריזה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עודף הוא הכסף שמחזירים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הנחה מורידה את המחיר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(כסף שמחזירים לקונה)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(הורדה במחיר)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(כמות כסף לקנייה)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(מסמך על הקנייה)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 לפני שמחליטים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מדברים עם עצמנו על מה שבאמת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התקציב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מחסרים את מחיר המוצר מהסכום ששילמנו, וכך מקבלים את העודף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= סכום ששולם פחות מחיר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 ליחידה הוא מחיר פריט בודד, עוזר להשוות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נושמים, מדברים עם עצמנו ומחליטים בתשומת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בכסף אמיתי או מודפס להמחשת התשלום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- אחד קונה ואחד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שאלות עם skip_n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לקניות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קניות בחנות: תשלום בכסף, חישוב עודף, השוואת מחירים והבנת מבצעים והנחות.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עודף  ·  מבצע  ·  תקציב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קנית מוצר ב-35 ₪ ושילמת בשטר של 50 ₪, כמה עודף תקבלו?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'מחיר ליחידה'?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הכולל של כל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המחיר של פריט אחד בתוך 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אחרי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דרך תשלום מוזכרת בדף לצד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העברה בנקאית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הוא הכסף שהקונה משלם על המוצר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הנחה גורמת למחיר המוצר לרדת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שילמנו יותר ממחיר המוצר, מקבלים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מוצר שהמחיר שלו ירד נקרא מוצר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לדעת כמה כסף יש לנו להוציא, בודקים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כמות כסף לקנייה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מסמך על הקנייה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הורדה במחיר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שמחזירים לקונה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 –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מדברים עם עצמנו על מה שבאמת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את התקציב 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לרגע לפני שמחליטים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איך מחשבים עודף בחנות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עודף וכיצד מחשבים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מחיר כולל למחיר ליחידה?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לקניות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